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4DCAE" w14:textId="77777777" w:rsidR="000504DD" w:rsidRDefault="00000000" w:rsidP="00510CB5">
      <w:pPr>
        <w:ind w:left="2160" w:firstLine="720"/>
      </w:pPr>
      <w:r>
        <w:rPr>
          <w:b/>
          <w:sz w:val="34"/>
        </w:rPr>
        <w:t>PRIJAVNI OBRAZAC</w:t>
      </w:r>
    </w:p>
    <w:p w14:paraId="67A23022" w14:textId="7C6C50CE" w:rsidR="006B4654" w:rsidRDefault="00000000" w:rsidP="000504DD">
      <w:pPr>
        <w:jc w:val="center"/>
        <w:rPr>
          <w:rFonts w:hint="eastAsia"/>
        </w:rPr>
      </w:pPr>
      <w:r>
        <w:rPr>
          <w:i/>
          <w:sz w:val="19"/>
        </w:rPr>
        <w:t xml:space="preserve">Molimo vas da </w:t>
      </w:r>
      <w:proofErr w:type="spellStart"/>
      <w:r>
        <w:rPr>
          <w:i/>
          <w:sz w:val="19"/>
        </w:rPr>
        <w:t>ispunite</w:t>
      </w:r>
      <w:proofErr w:type="spellEnd"/>
      <w:r>
        <w:rPr>
          <w:i/>
          <w:sz w:val="19"/>
        </w:rPr>
        <w:t xml:space="preserve"> sve podatke koji su primjenjivi za dijete.</w:t>
      </w:r>
    </w:p>
    <w:p w14:paraId="541D85A1" w14:textId="77777777" w:rsidR="006B4654" w:rsidRDefault="00000000">
      <w:pPr>
        <w:spacing w:before="160" w:after="80"/>
        <w:rPr>
          <w:rFonts w:hint="eastAsia"/>
        </w:rPr>
      </w:pPr>
      <w:r>
        <w:rPr>
          <w:b/>
          <w:sz w:val="24"/>
        </w:rPr>
        <w:t>1. PODACI O DJETETU</w:t>
      </w:r>
    </w:p>
    <w:p w14:paraId="0B9C664E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Ime i prezime djeteta:</w:t>
      </w:r>
      <w:r>
        <w:br/>
        <w:t>____________________________________________________________________________________________</w:t>
      </w:r>
    </w:p>
    <w:p w14:paraId="0A0D78A2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Datum rođenja:</w:t>
      </w:r>
      <w:r>
        <w:br/>
        <w:t>____________________________________________________________________________________________</w:t>
      </w:r>
    </w:p>
    <w:p w14:paraId="41D99E77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Dob:</w:t>
      </w:r>
      <w:r>
        <w:br/>
        <w:t>____________________________________________________________________________________________</w:t>
      </w:r>
    </w:p>
    <w:p w14:paraId="43EB771D" w14:textId="77777777" w:rsidR="006B4654" w:rsidRDefault="00000000">
      <w:pPr>
        <w:spacing w:after="60"/>
        <w:rPr>
          <w:rFonts w:hint="eastAsia"/>
        </w:rPr>
      </w:pPr>
      <w:proofErr w:type="spellStart"/>
      <w:r>
        <w:rPr>
          <w:b/>
        </w:rPr>
        <w:t>Adresa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prebivališta</w:t>
      </w:r>
      <w:proofErr w:type="spellEnd"/>
      <w:r>
        <w:rPr>
          <w:b/>
        </w:rPr>
        <w:t>:</w:t>
      </w:r>
      <w:r>
        <w:br/>
        <w:t>____________________________________________________________________________________________</w:t>
      </w:r>
    </w:p>
    <w:p w14:paraId="3B457817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Alergije:</w:t>
      </w:r>
      <w:r>
        <w:br/>
        <w:t>____________________________________________________________________________________________</w:t>
      </w:r>
    </w:p>
    <w:p w14:paraId="731CDB0D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Posebne zdravstvene ili druge važne napomene:</w:t>
      </w:r>
      <w:r>
        <w:br/>
        <w:t>____________________________________________________________________________________________</w:t>
      </w:r>
      <w:r>
        <w:br/>
        <w:t>____________________________________________________________________________________________</w:t>
      </w:r>
    </w:p>
    <w:p w14:paraId="350C739D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Postoje li posebne potrebe ili okolnosti koje bi voditelj edukacije trebao znati?</w:t>
      </w:r>
      <w:r>
        <w:br/>
        <w:t>____________________________________________________________________________________________</w:t>
      </w:r>
      <w:r>
        <w:br/>
        <w:t>____________________________________________________________________________________________</w:t>
      </w:r>
    </w:p>
    <w:p w14:paraId="39BC2B79" w14:textId="77777777" w:rsidR="006B4654" w:rsidRDefault="00000000">
      <w:pPr>
        <w:spacing w:before="160" w:after="80"/>
        <w:rPr>
          <w:rFonts w:hint="eastAsia"/>
        </w:rPr>
      </w:pPr>
      <w:r>
        <w:rPr>
          <w:b/>
          <w:sz w:val="24"/>
        </w:rPr>
        <w:t>2. PODACI O RODITELJU / SKRBNIKU</w:t>
      </w:r>
    </w:p>
    <w:p w14:paraId="02DC87D8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Ime i prezime roditelja/skrbnika:</w:t>
      </w:r>
      <w:r>
        <w:br/>
        <w:t>____________________________________________________________________________________________</w:t>
      </w:r>
    </w:p>
    <w:p w14:paraId="61541680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Kontakt telefon:</w:t>
      </w:r>
      <w:r>
        <w:br/>
        <w:t>____________________________________________________________________________________________</w:t>
      </w:r>
    </w:p>
    <w:p w14:paraId="71F00CB5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E-mail:</w:t>
      </w:r>
      <w:r>
        <w:br/>
        <w:t>____________________________________________________________________________________________</w:t>
      </w:r>
    </w:p>
    <w:p w14:paraId="2124754A" w14:textId="77777777" w:rsidR="006B4654" w:rsidRDefault="00000000">
      <w:pPr>
        <w:spacing w:after="60"/>
        <w:rPr>
          <w:rFonts w:hint="eastAsia"/>
        </w:rPr>
      </w:pPr>
      <w:r>
        <w:rPr>
          <w:b/>
        </w:rPr>
        <w:t>Adresa (ako je različita od adrese djeteta):</w:t>
      </w:r>
      <w:r>
        <w:br/>
        <w:t>____________________________________________________________________________________________</w:t>
      </w:r>
    </w:p>
    <w:p w14:paraId="1CA70642" w14:textId="77777777" w:rsidR="000504DD" w:rsidRDefault="000504DD">
      <w:pPr>
        <w:spacing w:before="160" w:after="80"/>
        <w:rPr>
          <w:b/>
          <w:sz w:val="24"/>
        </w:rPr>
      </w:pPr>
    </w:p>
    <w:p w14:paraId="15D2FEDE" w14:textId="77777777" w:rsidR="000504DD" w:rsidRDefault="000504DD">
      <w:pPr>
        <w:spacing w:before="160" w:after="80"/>
        <w:rPr>
          <w:b/>
          <w:sz w:val="24"/>
        </w:rPr>
      </w:pPr>
    </w:p>
    <w:p w14:paraId="38092032" w14:textId="77777777" w:rsidR="000504DD" w:rsidRDefault="000504DD">
      <w:pPr>
        <w:spacing w:before="160" w:after="80"/>
        <w:rPr>
          <w:b/>
          <w:sz w:val="24"/>
        </w:rPr>
      </w:pPr>
    </w:p>
    <w:p w14:paraId="0EE6F718" w14:textId="77777777" w:rsidR="000504DD" w:rsidRDefault="000504DD">
      <w:pPr>
        <w:spacing w:before="160" w:after="80"/>
        <w:rPr>
          <w:b/>
          <w:sz w:val="24"/>
        </w:rPr>
      </w:pPr>
    </w:p>
    <w:p w14:paraId="5E733E62" w14:textId="77777777" w:rsidR="000504DD" w:rsidRDefault="000504DD">
      <w:pPr>
        <w:spacing w:before="160" w:after="80"/>
        <w:rPr>
          <w:b/>
          <w:sz w:val="24"/>
        </w:rPr>
      </w:pPr>
    </w:p>
    <w:p w14:paraId="0BC15C30" w14:textId="77777777" w:rsidR="000504DD" w:rsidRDefault="000504DD">
      <w:pPr>
        <w:spacing w:before="160" w:after="80"/>
        <w:rPr>
          <w:b/>
          <w:sz w:val="24"/>
        </w:rPr>
      </w:pPr>
    </w:p>
    <w:p w14:paraId="2E650EE3" w14:textId="062D1D15" w:rsidR="006B4654" w:rsidRDefault="00000000">
      <w:pPr>
        <w:spacing w:before="160" w:after="80"/>
        <w:rPr>
          <w:rFonts w:hint="eastAsia"/>
        </w:rPr>
      </w:pPr>
      <w:r>
        <w:rPr>
          <w:b/>
          <w:sz w:val="24"/>
        </w:rPr>
        <w:t>4. POTVRDA I SUGLASNOST</w:t>
      </w:r>
    </w:p>
    <w:p w14:paraId="75F8EB3C" w14:textId="77777777" w:rsidR="006B4654" w:rsidRDefault="00000000">
      <w:pPr>
        <w:spacing w:after="100"/>
        <w:rPr>
          <w:rFonts w:hint="eastAsia"/>
        </w:rPr>
      </w:pPr>
      <w:r>
        <w:t>☐ Potvrđujem da su navedeni podaci točni i potpuni.</w:t>
      </w:r>
    </w:p>
    <w:p w14:paraId="696555A7" w14:textId="77777777" w:rsidR="006B4654" w:rsidRDefault="00000000">
      <w:pPr>
        <w:spacing w:after="100"/>
        <w:rPr>
          <w:rFonts w:hint="eastAsia"/>
        </w:rPr>
      </w:pPr>
      <w:r>
        <w:t>☐ Suglasan/na sam da se navedeni osobni podaci koriste u svrhu organizacije i provedbe edukacije, u skladu s pravilima privatnosti.</w:t>
      </w:r>
    </w:p>
    <w:p w14:paraId="792AE33F" w14:textId="77777777" w:rsidR="000504DD" w:rsidRDefault="00000000">
      <w:pPr>
        <w:spacing w:after="60"/>
        <w:rPr>
          <w:b/>
        </w:rPr>
      </w:pPr>
      <w:proofErr w:type="spellStart"/>
      <w:r>
        <w:rPr>
          <w:b/>
        </w:rPr>
        <w:t>Mjesto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datum:</w:t>
      </w:r>
    </w:p>
    <w:p w14:paraId="6F93E76B" w14:textId="4CE7F18F" w:rsidR="006B4654" w:rsidRDefault="00000000">
      <w:pPr>
        <w:spacing w:after="60"/>
        <w:rPr>
          <w:rFonts w:hint="eastAsia"/>
        </w:rPr>
      </w:pPr>
      <w:r>
        <w:br/>
        <w:t>____________________________________________________________________________________________</w:t>
      </w:r>
    </w:p>
    <w:p w14:paraId="6F5A9672" w14:textId="77777777" w:rsidR="000504DD" w:rsidRDefault="00000000">
      <w:pPr>
        <w:spacing w:after="60"/>
        <w:rPr>
          <w:b/>
        </w:rPr>
      </w:pPr>
      <w:proofErr w:type="spellStart"/>
      <w:r>
        <w:rPr>
          <w:b/>
        </w:rPr>
        <w:t>Potpis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roditelja</w:t>
      </w:r>
      <w:proofErr w:type="spellEnd"/>
      <w:r>
        <w:rPr>
          <w:b/>
        </w:rPr>
        <w:t>/</w:t>
      </w:r>
      <w:proofErr w:type="spellStart"/>
      <w:r>
        <w:rPr>
          <w:b/>
        </w:rPr>
        <w:t>skrbnika</w:t>
      </w:r>
      <w:proofErr w:type="spellEnd"/>
      <w:r>
        <w:rPr>
          <w:b/>
        </w:rPr>
        <w:t>:</w:t>
      </w:r>
    </w:p>
    <w:p w14:paraId="1821E876" w14:textId="7D5CE217" w:rsidR="006B4654" w:rsidRDefault="00000000">
      <w:pPr>
        <w:spacing w:after="60"/>
        <w:rPr>
          <w:rFonts w:hint="eastAsia"/>
        </w:rPr>
      </w:pPr>
      <w:r>
        <w:br/>
        <w:t>____________________________________________________________________________________________</w:t>
      </w:r>
    </w:p>
    <w:p w14:paraId="67DFC29E" w14:textId="5659C503" w:rsidR="006B4654" w:rsidRDefault="006B4654">
      <w:pPr>
        <w:spacing w:before="200"/>
        <w:rPr>
          <w:rFonts w:hint="eastAsia"/>
        </w:rPr>
      </w:pPr>
    </w:p>
    <w:sectPr w:rsidR="006B4654" w:rsidSect="000504DD">
      <w:headerReference w:type="default" r:id="rId8"/>
      <w:footerReference w:type="default" r:id="rId9"/>
      <w:pgSz w:w="12240" w:h="15840"/>
      <w:pgMar w:top="1417" w:right="1417" w:bottom="1417" w:left="1417" w:header="73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4B8F8" w14:textId="77777777" w:rsidR="00384818" w:rsidRDefault="0038481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E356A84" w14:textId="77777777" w:rsidR="00384818" w:rsidRDefault="0038481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E56EB" w14:textId="6FEC4681" w:rsidR="006B4654" w:rsidRDefault="006B4654">
    <w:pPr>
      <w:pStyle w:val="Footer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BB6F3" w14:textId="77777777" w:rsidR="00384818" w:rsidRDefault="0038481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5FDE76A" w14:textId="77777777" w:rsidR="00384818" w:rsidRDefault="0038481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8103D" w14:textId="77777777" w:rsidR="00510CB5" w:rsidRPr="00510CB5" w:rsidRDefault="00A7713A" w:rsidP="00510CB5">
    <w:pPr>
      <w:pStyle w:val="NoSpacing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315A9ECF" wp14:editId="35A95CC4">
          <wp:simplePos x="0" y="0"/>
          <wp:positionH relativeFrom="column">
            <wp:posOffset>-358775</wp:posOffset>
          </wp:positionH>
          <wp:positionV relativeFrom="paragraph">
            <wp:posOffset>-208915</wp:posOffset>
          </wp:positionV>
          <wp:extent cx="1135380" cy="1135380"/>
          <wp:effectExtent l="0" t="0" r="0" b="0"/>
          <wp:wrapTight wrapText="bothSides">
            <wp:wrapPolygon edited="0">
              <wp:start x="9785" y="1087"/>
              <wp:lineTo x="7611" y="2174"/>
              <wp:lineTo x="3624" y="6161"/>
              <wp:lineTo x="3624" y="8336"/>
              <wp:lineTo x="1087" y="17758"/>
              <wp:lineTo x="1450" y="18483"/>
              <wp:lineTo x="14134" y="18483"/>
              <wp:lineTo x="19570" y="17758"/>
              <wp:lineTo x="20295" y="16671"/>
              <wp:lineTo x="17758" y="13047"/>
              <wp:lineTo x="17034" y="9060"/>
              <wp:lineTo x="16309" y="7611"/>
              <wp:lineTo x="17758" y="6523"/>
              <wp:lineTo x="15946" y="2537"/>
              <wp:lineTo x="12322" y="1087"/>
              <wp:lineTo x="9785" y="1087"/>
            </wp:wrapPolygon>
          </wp:wrapTight>
          <wp:docPr id="9311841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184149" name="Picture 9311841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5380" cy="1135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04DD" w:rsidRPr="000504DD">
      <w:t xml:space="preserve"> </w:t>
    </w:r>
    <w:r w:rsidR="00510CB5" w:rsidRPr="00510CB5">
      <w:rPr>
        <w:sz w:val="20"/>
        <w:szCs w:val="20"/>
      </w:rPr>
      <w:t xml:space="preserve">MAGNA VINDICTA, </w:t>
    </w:r>
    <w:proofErr w:type="spellStart"/>
    <w:r w:rsidR="00510CB5" w:rsidRPr="00510CB5">
      <w:rPr>
        <w:sz w:val="20"/>
        <w:szCs w:val="20"/>
      </w:rPr>
      <w:t>obrt</w:t>
    </w:r>
    <w:proofErr w:type="spellEnd"/>
    <w:r w:rsidR="00510CB5" w:rsidRPr="00510CB5">
      <w:rPr>
        <w:sz w:val="20"/>
        <w:szCs w:val="20"/>
      </w:rPr>
      <w:t xml:space="preserve"> za </w:t>
    </w:r>
    <w:proofErr w:type="spellStart"/>
    <w:r w:rsidR="00510CB5" w:rsidRPr="00510CB5">
      <w:rPr>
        <w:sz w:val="20"/>
        <w:szCs w:val="20"/>
      </w:rPr>
      <w:t>usluge</w:t>
    </w:r>
    <w:proofErr w:type="spellEnd"/>
  </w:p>
  <w:p w14:paraId="5583B81E" w14:textId="77777777" w:rsidR="00510CB5" w:rsidRPr="00510CB5" w:rsidRDefault="00510CB5" w:rsidP="00510CB5">
    <w:pPr>
      <w:pStyle w:val="NoSpacing"/>
      <w:jc w:val="right"/>
      <w:rPr>
        <w:sz w:val="20"/>
        <w:szCs w:val="20"/>
      </w:rPr>
    </w:pPr>
    <w:proofErr w:type="spellStart"/>
    <w:r w:rsidRPr="00510CB5">
      <w:rPr>
        <w:sz w:val="20"/>
        <w:szCs w:val="20"/>
      </w:rPr>
      <w:t>vl.</w:t>
    </w:r>
    <w:proofErr w:type="spellEnd"/>
    <w:r w:rsidRPr="00510CB5">
      <w:rPr>
        <w:sz w:val="20"/>
        <w:szCs w:val="20"/>
      </w:rPr>
      <w:t xml:space="preserve"> Jelena Boček Čavka</w:t>
    </w:r>
    <w:r w:rsidRPr="00510CB5">
      <w:rPr>
        <w:sz w:val="20"/>
        <w:szCs w:val="20"/>
      </w:rPr>
      <w:br/>
      <w:t>Tel: +385993904368</w:t>
    </w:r>
    <w:r w:rsidRPr="00510CB5">
      <w:rPr>
        <w:sz w:val="20"/>
        <w:szCs w:val="20"/>
      </w:rPr>
      <w:br/>
      <w:t>e-mail: academysb.info@gmail.com</w:t>
    </w:r>
  </w:p>
  <w:p w14:paraId="0E8D9D05" w14:textId="393B4D70" w:rsidR="00510CB5" w:rsidRPr="004015B0" w:rsidRDefault="00510CB5" w:rsidP="00510CB5">
    <w:pPr>
      <w:pStyle w:val="NoSpacing"/>
      <w:rPr>
        <w:color w:val="FFFFFF" w:themeColor="background1"/>
      </w:rPr>
    </w:pPr>
  </w:p>
  <w:p w14:paraId="011EFA99" w14:textId="77777777" w:rsidR="00510CB5" w:rsidRPr="004015B0" w:rsidRDefault="00510CB5" w:rsidP="00510CB5">
    <w:pPr>
      <w:pStyle w:val="NoSpacing"/>
      <w:jc w:val="right"/>
      <w:rPr>
        <w:color w:val="FFFFFF" w:themeColor="background1"/>
      </w:rPr>
    </w:pPr>
    <w:r w:rsidRPr="004015B0">
      <w:rPr>
        <w:color w:val="FFFFFF" w:themeColor="background1"/>
      </w:rPr>
      <w:t xml:space="preserve">e-mail: </w:t>
    </w:r>
    <w:hyperlink r:id="rId2" w:history="1">
      <w:r w:rsidRPr="004015B0">
        <w:rPr>
          <w:rStyle w:val="Hyperlink"/>
          <w:color w:val="FFFFFF" w:themeColor="background1"/>
        </w:rPr>
        <w:t>academysb.info@gmail.com</w:t>
      </w:r>
    </w:hyperlink>
  </w:p>
  <w:p w14:paraId="7A528B4B" w14:textId="1C807F46" w:rsidR="00A7713A" w:rsidRDefault="00A771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111463">
    <w:abstractNumId w:val="8"/>
  </w:num>
  <w:num w:numId="2" w16cid:durableId="1429765911">
    <w:abstractNumId w:val="6"/>
  </w:num>
  <w:num w:numId="3" w16cid:durableId="1032726015">
    <w:abstractNumId w:val="5"/>
  </w:num>
  <w:num w:numId="4" w16cid:durableId="908228698">
    <w:abstractNumId w:val="4"/>
  </w:num>
  <w:num w:numId="5" w16cid:durableId="47386688">
    <w:abstractNumId w:val="7"/>
  </w:num>
  <w:num w:numId="6" w16cid:durableId="1303802629">
    <w:abstractNumId w:val="3"/>
  </w:num>
  <w:num w:numId="7" w16cid:durableId="401758674">
    <w:abstractNumId w:val="2"/>
  </w:num>
  <w:num w:numId="8" w16cid:durableId="2064014580">
    <w:abstractNumId w:val="1"/>
  </w:num>
  <w:num w:numId="9" w16cid:durableId="36556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4DD"/>
    <w:rsid w:val="0006063C"/>
    <w:rsid w:val="0015074B"/>
    <w:rsid w:val="0029639D"/>
    <w:rsid w:val="002A732C"/>
    <w:rsid w:val="00326F90"/>
    <w:rsid w:val="00384818"/>
    <w:rsid w:val="00510CB5"/>
    <w:rsid w:val="005E0E60"/>
    <w:rsid w:val="00643639"/>
    <w:rsid w:val="006B4654"/>
    <w:rsid w:val="009B12D8"/>
    <w:rsid w:val="00A7713A"/>
    <w:rsid w:val="00AA1D8D"/>
    <w:rsid w:val="00B47730"/>
    <w:rsid w:val="00C3563F"/>
    <w:rsid w:val="00C742B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C68240"/>
  <w14:defaultImageDpi w14:val="300"/>
  <w15:docId w15:val="{E9AB4A2B-2825-4134-8E7C-59DE0A35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A7713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10C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cademysb.info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Čavka</dc:creator>
  <cp:keywords/>
  <dc:description>generated by python-docx</dc:description>
  <cp:lastModifiedBy>Josip Čavka</cp:lastModifiedBy>
  <cp:revision>2</cp:revision>
  <dcterms:created xsi:type="dcterms:W3CDTF">2026-09-19T20:41:00Z</dcterms:created>
  <dcterms:modified xsi:type="dcterms:W3CDTF">2026-09-19T20:41:00Z</dcterms:modified>
  <cp:category/>
</cp:coreProperties>
</file>